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Molten electrolysis and half-equations</w:t>
      </w:r>
    </w:p>
    <w:p>
      <w:r>
        <w:rPr>
          <w:rFonts w:ascii="Arial Unicode MS" w:hAnsi="Arial Unicode MS"/>
        </w:rPr>
        <w:t>PPT slides 3–19  |  Name __________________  Date __________</w:t>
      </w:r>
    </w:p>
    <w:p>
      <w:r>
        <w:rPr>
          <w:rFonts w:ascii="Arial Unicode MS" w:hAnsi="Arial Unicode MS"/>
        </w:rPr>
        <w:t>Chapter 8: Electricity and Chemical Change | CIE 0620 Extended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electrolysis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electrolyte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电解质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阳极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cathode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阴极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阴离子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can molten sodium chloride conduct, but the solid cannot?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During the teacher explanation</w:t>
      </w:r>
    </w:p>
    <w:p>
      <w:r>
        <w:rPr>
          <w:rFonts w:ascii="Arial Unicode MS" w:hAnsi="Arial Unicode MS"/>
        </w:rPr>
        <w:t>Metals and graphite conduct through mobile electrons. Electrolytes conduct through mobile ions.</w:t>
      </w:r>
    </w:p>
    <w:p>
      <w:r>
        <w:rPr>
          <w:rFonts w:ascii="Arial Unicode MS" w:hAnsi="Arial Unicode MS"/>
        </w:rPr>
        <w:t>Electrolysis decomposes an ionic compound, molten or in aqueous solution, by passing an electric current.</w:t>
      </w:r>
    </w:p>
    <w:p>
      <w:r>
        <w:rPr>
          <w:rFonts w:ascii="Arial Unicode MS" w:hAnsi="Arial Unicode MS"/>
        </w:rPr>
        <w:t>Pb²⁺ + 2e⁻ → Pb has total charge 0 on both sides.</w:t>
      </w:r>
    </w:p>
    <w:p>
      <w:r>
        <w:rPr>
          <w:rFonts w:ascii="Arial Unicode MS" w:hAnsi="Arial Unicode MS"/>
        </w:rPr>
        <w:t>Two oxide ions provide the two oxygen atoms in O₂.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Slide 9: Predict the products when molten MgCl₂ undergoes electrolysis.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Slide 16: Write the half-equations for molten aluminium oxide.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Molten electrolysis and half-equations</w:t>
      </w:r>
    </w:p>
    <w:p>
      <w:r>
        <w:rPr>
          <w:rFonts w:ascii="Arial Unicode MS" w:hAnsi="Arial Unicode MS"/>
        </w:rPr>
        <w:t>PPT slides 3–19  |  Name __________________  Date __________</w:t>
      </w:r>
    </w:p>
    <w:p>
      <w:r>
        <w:rPr>
          <w:rFonts w:ascii="Arial Unicode MS" w:hAnsi="Arial Unicode MS"/>
        </w:rPr>
        <w:t>Work independently first. When both partners have tried, compare the first step where your answers differ. Correct your own work after teacher feedback.</w:t>
      </w:r>
    </w:p>
    <w:p>
      <w:r>
        <w:rPr>
          <w:rFonts w:ascii="Arial Unicode MS" w:hAnsi="Arial Unicode MS"/>
        </w:rPr>
        <w:t>Hint cards: 8A, 8B</w:t>
      </w:r>
    </w:p>
    <w:p>
      <w:r>
        <w:rPr>
          <w:rFonts w:ascii="Arial Unicode MS" w:hAnsi="Arial Unicode MS"/>
        </w:rPr>
        <w:t>1. Predict the cathode and anode products from molten NaCl.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how charge crosses the electrolyte and the external wires.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Write the cathode half-equation for molten MgCl₂.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4. Write its anode half-equation and explain whether it is oxidation or reduction.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Complete and balance: Al³⁺ + __ → __.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My correction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Aqueous products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Chapter 8: Electricity and Chemical Change | CIE 0620 Extended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aqueous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水溶液的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dilute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稀的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inert electrode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惰性电极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ions are present in molten NaCl? What changes when water is added?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During the teacher explanation</w:t>
      </w:r>
    </w:p>
    <w:p>
      <w:r>
        <w:rPr>
          <w:rFonts w:ascii="Arial Unicode MS" w:hAnsi="Arial Unicode MS"/>
        </w:rPr>
        <w:t>In aqueous NaCl, consider Na⁺, Cl⁻, H⁺ and OH⁻.</w:t>
      </w:r>
    </w:p>
    <w:p>
      <w:r>
        <w:rPr>
          <w:rFonts w:ascii="Arial Unicode MS" w:hAnsi="Arial Unicode MS"/>
        </w:rPr>
        <w:t>For these aqueous examples, a metal more reactive than hydrogen stays as ions; hydrogen forms.</w:t>
      </w:r>
    </w:p>
    <w:p>
      <w:r>
        <w:rPr>
          <w:rFonts w:ascii="Arial Unicode MS" w:hAnsi="Arial Unicode MS"/>
        </w:rPr>
        <w:t>With inert electrodes, concentrated chloride or bromide solutions give the halogen.</w:t>
      </w:r>
    </w:p>
    <w:p>
      <w:r>
        <w:rPr>
          <w:rFonts w:ascii="Arial Unicode MS" w:hAnsi="Arial Unicode MS"/>
        </w:rPr>
        <w:t>In dilute sulfuric acid, hydrogen forms at the cathode and oxygen at the anode, in a 2:1 volume ratio.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Slide 25: Compare concentrated and dilute aqueous NaCl using inert electrodes.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Aqueous products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Work independently first. When both partners have tried, compare the first step where your answers differ. Correct your own work after teacher feedback.</w:t>
      </w:r>
    </w:p>
    <w:p>
      <w:r>
        <w:rPr>
          <w:rFonts w:ascii="Arial Unicode MS" w:hAnsi="Arial Unicode MS"/>
        </w:rPr>
        <w:t>Hint cards: 8C</w:t>
      </w:r>
    </w:p>
    <w:p>
      <w:r>
        <w:rPr>
          <w:rFonts w:ascii="Arial Unicode MS" w:hAnsi="Arial Unicode MS"/>
        </w:rPr>
        <w:t>1. Predict both products from concentrated aqueous KBr using inert electrodes.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Predict both products from dilute sulfuric acid and give the expected gas volume ratio.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does aqueous NaCl give hydrogen instead of sodium at the cathode?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My correction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Brine and copper electrodes</w:t>
      </w:r>
    </w:p>
    <w:p>
      <w:r>
        <w:rPr>
          <w:rFonts w:ascii="Arial Unicode MS" w:hAnsi="Arial Unicode MS"/>
        </w:rPr>
        <w:t>PPT slides 29–37  |  Name __________________  Date __________</w:t>
      </w:r>
    </w:p>
    <w:p>
      <w:r>
        <w:rPr>
          <w:rFonts w:ascii="Arial Unicode MS" w:hAnsi="Arial Unicode MS"/>
        </w:rPr>
        <w:t>Chapter 8: Electricity and Chemical Change | CIE 0620 Extended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brine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浓盐水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deposit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沉积物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copper electrode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铜电极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electrolytic refining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电解精炼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State the two gases formed by electrolysis of concentrated NaCl.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During the teacher explanation</w:t>
      </w:r>
    </w:p>
    <w:p>
      <w:r>
        <w:rPr>
          <w:rFonts w:ascii="Arial Unicode MS" w:hAnsi="Arial Unicode MS"/>
        </w:rPr>
        <w:t>Brine produces hydrogen and chlorine; sodium hydroxide remains in solution.</w:t>
      </w:r>
    </w:p>
    <w:p>
      <w:r>
        <w:rPr>
          <w:rFonts w:ascii="Arial Unicode MS" w:hAnsi="Arial Unicode MS"/>
        </w:rPr>
        <w:t>In CuSO₄(aq) with inert electrodes, Cu²⁺ forms pink-brown copper at the cathode. Oxygen bubbles at the anode.</w:t>
      </w:r>
    </w:p>
    <w:p>
      <w:r>
        <w:rPr>
          <w:rFonts w:ascii="Arial Unicode MS" w:hAnsi="Arial Unicode MS"/>
        </w:rPr>
        <w:t>With copper electrodes in CuSO₄(aq), copper forms at the cathode while the copper anode dissolves.</w:t>
      </w:r>
    </w:p>
    <w:p>
      <w:r>
        <w:rPr>
          <w:rFonts w:ascii="Arial Unicode MS" w:hAnsi="Arial Unicode MS"/>
        </w:rPr>
        <w:t>Impure copper is the anode; pure copper is the cathode. Copper transfers through the electrolyte.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Slide 34: Explain the mass and colour changes with copper electrodes in CuSO₄(aq).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Brine and copper electrodes</w:t>
      </w:r>
    </w:p>
    <w:p>
      <w:r>
        <w:rPr>
          <w:rFonts w:ascii="Arial Unicode MS" w:hAnsi="Arial Unicode MS"/>
        </w:rPr>
        <w:t>PPT slides 29–37  |  Name __________________  Date __________</w:t>
      </w:r>
    </w:p>
    <w:p>
      <w:r>
        <w:rPr>
          <w:rFonts w:ascii="Arial Unicode MS" w:hAnsi="Arial Unicode MS"/>
        </w:rPr>
        <w:t>Work independently first. When both partners have tried, compare the first step where your answers differ. Correct your own work after teacher feedback.</w:t>
      </w:r>
    </w:p>
    <w:p>
      <w:r>
        <w:rPr>
          <w:rFonts w:ascii="Arial Unicode MS" w:hAnsi="Arial Unicode MS"/>
        </w:rPr>
        <w:t>Hint cards: 8D</w:t>
      </w:r>
    </w:p>
    <w:p>
      <w:r>
        <w:rPr>
          <w:rFonts w:ascii="Arial Unicode MS" w:hAnsi="Arial Unicode MS"/>
        </w:rPr>
        <w:t>1. Name the three useful products of brine electrolysis.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Why does CuSO₄(aq) fade with inert electrodes but not with copper electrodes?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Write the anode equation when the anode is copper.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My correction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Electroplating and aluminium</w:t>
      </w:r>
    </w:p>
    <w:p>
      <w:r>
        <w:rPr>
          <w:rFonts w:ascii="Arial Unicode MS" w:hAnsi="Arial Unicode MS"/>
        </w:rPr>
        <w:t>PPT slides 38–46  |  Name __________________  Date __________</w:t>
      </w:r>
    </w:p>
    <w:p>
      <w:r>
        <w:rPr>
          <w:rFonts w:ascii="Arial Unicode MS" w:hAnsi="Arial Unicode MS"/>
        </w:rPr>
        <w:t>Chapter 8: Electricity and Chemical Change | CIE 0620 Extended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electroplating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corrosion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腐蚀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cryolite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冰晶石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bauxite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铝土矿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At which electrode would a layer of metal build up?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During the teacher explanation</w:t>
      </w:r>
    </w:p>
    <w:p>
      <w:r>
        <w:rPr>
          <w:rFonts w:ascii="Arial Unicode MS" w:hAnsi="Arial Unicode MS"/>
        </w:rPr>
        <w:t>The object to be coated is the cathode. Use an electrolyte containing ions of the coating metal.</w:t>
      </w:r>
    </w:p>
    <w:p>
      <w:r>
        <w:rPr>
          <w:rFonts w:ascii="Arial Unicode MS" w:hAnsi="Arial Unicode MS"/>
        </w:rPr>
        <w:t>Bauxite is the principal ore. Purified aluminium oxide is dissolved in molten cryolite for electrolysis.</w:t>
      </w:r>
    </w:p>
    <w:p>
      <w:r>
        <w:rPr>
          <w:rFonts w:ascii="Arial Unicode MS" w:hAnsi="Arial Unicode MS"/>
        </w:rPr>
        <w:t>Cryolite lowers the operating temperature compared with melting pure aluminium oxide.</w:t>
      </w:r>
    </w:p>
    <w:p>
      <w:r>
        <w:rPr>
          <w:rFonts w:ascii="Arial Unicode MS" w:hAnsi="Arial Unicode MS"/>
        </w:rPr>
        <w:t>Al³⁺ gains electrons to form liquid aluminium. Oxide ions lose electrons at the anode.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Slide 43: Design a cell to silver-plate a steel spoon.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Electroplating and aluminium</w:t>
      </w:r>
    </w:p>
    <w:p>
      <w:r>
        <w:rPr>
          <w:rFonts w:ascii="Arial Unicode MS" w:hAnsi="Arial Unicode MS"/>
        </w:rPr>
        <w:t>PPT slides 38–46  |  Name __________________  Date __________</w:t>
      </w:r>
    </w:p>
    <w:p>
      <w:r>
        <w:rPr>
          <w:rFonts w:ascii="Arial Unicode MS" w:hAnsi="Arial Unicode MS"/>
        </w:rPr>
        <w:t>Work independently first. When both partners have tried, compare the first step where your answers differ. Correct your own work after teacher feedback.</w:t>
      </w:r>
    </w:p>
    <w:p>
      <w:r>
        <w:rPr>
          <w:rFonts w:ascii="Arial Unicode MS" w:hAnsi="Arial Unicode MS"/>
        </w:rPr>
        <w:t>Hint cards: 8D</w:t>
      </w:r>
    </w:p>
    <w:p>
      <w:r>
        <w:rPr>
          <w:rFonts w:ascii="Arial Unicode MS" w:hAnsi="Arial Unicode MS"/>
        </w:rPr>
        <w:t>1. A student connects the object for plating to the positive terminal. Explain the error.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two reasons why aluminium extraction requires a large energy input.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must the carbon anodes be replaced during aluminium extraction?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My correction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5: Mixed practice</w:t>
      </w:r>
    </w:p>
    <w:p>
      <w:pPr>
        <w:pStyle w:val="Heading1"/>
      </w:pPr>
      <w:r>
        <w:rPr>
          <w:rFonts w:ascii="Arial Unicode MS" w:hAnsi="Arial Unicode MS"/>
        </w:rPr>
        <w:t>From a model to an exam answer</w:t>
      </w:r>
    </w:p>
    <w:p>
      <w:r>
        <w:rPr>
          <w:rFonts w:ascii="Arial Unicode MS" w:hAnsi="Arial Unicode MS"/>
        </w:rPr>
        <w:t>Name __________________ Date __________</w:t>
      </w:r>
    </w:p>
    <w:p>
      <w:r>
        <w:rPr>
          <w:rFonts w:ascii="Arial Unicode MS" w:hAnsi="Arial Unicode MS"/>
        </w:rPr>
        <w:t>Q1: attempt alone. Q2: follow the teacher model. Q3–6: attempt independently, then check with your partner. Q7 is optional. Q8 is an independent exit check.</w:t>
      </w:r>
    </w:p>
    <w:p>
      <w:pPr>
        <w:pStyle w:val="Heading2"/>
      </w:pPr>
      <w:r>
        <w:rPr>
          <w:rFonts w:ascii="Arial Unicode MS" w:hAnsi="Arial Unicode MS"/>
        </w:rPr>
        <w:t>Q1. Charge carriers</w:t>
      </w:r>
    </w:p>
    <w:p>
      <w:r>
        <w:rPr>
          <w:rFonts w:ascii="Arial Unicode MS" w:hAnsi="Arial Unicode MS"/>
        </w:rPr>
        <w:t>A student says: “Electrons flow through molten lead(II) bromide.” Correct this and explain why the solid does not conduct.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Q2. Molten electrolyte</w:t>
      </w:r>
    </w:p>
    <w:p>
      <w:r>
        <w:rPr>
          <w:rFonts w:ascii="Arial Unicode MS" w:hAnsi="Arial Unicode MS"/>
        </w:rPr>
        <w:t>Molten PbBr₂ is electrolysed with inert electrodes. Give each electrode sign, product and half-equation.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5: Mixed practice</w:t>
      </w:r>
    </w:p>
    <w:p>
      <w:pPr>
        <w:pStyle w:val="Heading1"/>
      </w:pPr>
      <w:r>
        <w:rPr>
          <w:rFonts w:ascii="Arial Unicode MS" w:hAnsi="Arial Unicode MS"/>
        </w:rPr>
        <w:t>From a model to an exam answer</w:t>
      </w:r>
    </w:p>
    <w:p>
      <w:r>
        <w:rPr>
          <w:rFonts w:ascii="Arial Unicode MS" w:hAnsi="Arial Unicode MS"/>
        </w:rPr>
        <w:t>Name __________________ Date __________</w:t>
      </w:r>
    </w:p>
    <w:p>
      <w:pPr>
        <w:pStyle w:val="Heading2"/>
      </w:pPr>
      <w:r>
        <w:rPr>
          <w:rFonts w:ascii="Arial Unicode MS" w:hAnsi="Arial Unicode MS"/>
        </w:rPr>
        <w:t>Q3. Transfer the method</w:t>
      </w:r>
    </w:p>
    <w:p>
      <w:r>
        <w:rPr>
          <w:rFonts w:ascii="Arial Unicode MS" w:hAnsi="Arial Unicode MS"/>
        </w:rPr>
        <w:t>Molten aluminium oxide contains Al³⁺ and O²⁻. Write both electrode half-equations. Explain where reduction occurs.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Q4. Aqueous competition</w:t>
      </w:r>
    </w:p>
    <w:p>
      <w:r>
        <w:rPr>
          <w:rFonts w:ascii="Arial Unicode MS" w:hAnsi="Arial Unicode MS"/>
        </w:rPr>
        <w:t>Concentrated aqueous sodium chloride is electrolysed using inert electrodes. Predict both gases and explain why sodium metal is not formed.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5: Mixed practice</w:t>
      </w:r>
    </w:p>
    <w:p>
      <w:pPr>
        <w:pStyle w:val="Heading1"/>
      </w:pPr>
      <w:r>
        <w:rPr>
          <w:rFonts w:ascii="Arial Unicode MS" w:hAnsi="Arial Unicode MS"/>
        </w:rPr>
        <w:t>From a model to an exam answer</w:t>
      </w:r>
    </w:p>
    <w:p>
      <w:r>
        <w:rPr>
          <w:rFonts w:ascii="Arial Unicode MS" w:hAnsi="Arial Unicode MS"/>
        </w:rPr>
        <w:t>Name __________________ Date __________</w:t>
      </w:r>
    </w:p>
    <w:p>
      <w:pPr>
        <w:pStyle w:val="Heading2"/>
      </w:pPr>
      <w:r>
        <w:rPr>
          <w:rFonts w:ascii="Arial Unicode MS" w:hAnsi="Arial Unicode MS"/>
        </w:rPr>
        <w:t>Q5. Change one condition</w:t>
      </w:r>
    </w:p>
    <w:p>
      <w:r>
        <w:rPr>
          <w:rFonts w:ascii="Arial Unicode MS" w:hAnsi="Arial Unicode MS"/>
        </w:rPr>
        <w:t>Compare aqueous CuSO₄ using inert electrodes with the same solution using copper electrodes. Give products and the change in blue colour.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Q6. Repair an answer</w:t>
      </w:r>
    </w:p>
    <w:p>
      <w:r>
        <w:rPr>
          <w:rFonts w:ascii="Arial Unicode MS" w:hAnsi="Arial Unicode MS"/>
        </w:rPr>
        <w:t>A student writes Cu²⁺ → Cu + 2e⁻ at the cathode. Identify the error and write the correct equation.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5: Mixed practice</w:t>
      </w:r>
    </w:p>
    <w:p>
      <w:pPr>
        <w:pStyle w:val="Heading1"/>
      </w:pPr>
      <w:r>
        <w:rPr>
          <w:rFonts w:ascii="Arial Unicode MS" w:hAnsi="Arial Unicode MS"/>
        </w:rPr>
        <w:t>From a model to an exam answer</w:t>
      </w:r>
    </w:p>
    <w:p>
      <w:r>
        <w:rPr>
          <w:rFonts w:ascii="Arial Unicode MS" w:hAnsi="Arial Unicode MS"/>
        </w:rPr>
        <w:t>Name __________________ Date __________</w:t>
      </w:r>
    </w:p>
    <w:p>
      <w:pPr>
        <w:pStyle w:val="Heading2"/>
      </w:pPr>
      <w:r>
        <w:rPr>
          <w:rFonts w:ascii="Arial Unicode MS" w:hAnsi="Arial Unicode MS"/>
        </w:rPr>
        <w:t>Q7. Compare the cells</w:t>
      </w:r>
    </w:p>
    <w:p>
      <w:r>
        <w:rPr>
          <w:rFonts w:ascii="Arial Unicode MS" w:hAnsi="Arial Unicode MS"/>
        </w:rPr>
        <w:t>In a zinc–copper galvanic cell and an electrolytic cell, are the cathodes always positive? State what is always true at the cathode.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Q8. Independent exit check</w:t>
      </w:r>
    </w:p>
    <w:p>
      <w:r>
        <w:rPr>
          <w:rFonts w:ascii="Arial Unicode MS" w:hAnsi="Arial Unicode MS"/>
        </w:rPr>
        <w:t>A copper spoon is to be silver-plated. Which terminal connects to the spoon? What ion must the electrolyte contain? Write the half-equation at the spoon.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hyperlink r:id="rId10">
        <w:r>
          <w:t>Electrolytic model  https://chemroom.cn/motion#electrolysis</w:t>
        </w:r>
      </w:hyperlink>
    </w:p>
    <w:p>
      <w:hyperlink r:id="rId11">
        <w:r>
          <w:t>Optional galvanic comparison  https://chemroom.cn/motion#battery</w:t>
        </w:r>
      </w:hyperlink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8: End practice</w:t>
      </w:r>
    </w:p>
    <w:p>
      <w:r>
        <w:rPr>
          <w:rFonts w:ascii="Arial Unicode MS" w:hAnsi="Arial Unicode MS"/>
        </w:rPr>
        <w:t>Attempt after the core questions are secure. Show your reasoning. Use for homework if lesson time is needed for corrections.</w:t>
      </w:r>
    </w:p>
    <w:p>
      <w:pPr>
        <w:pStyle w:val="Heading2"/>
      </w:pPr>
      <w:r>
        <w:rPr>
          <w:rFonts w:ascii="Arial Unicode MS" w:hAnsi="Arial Unicode MS"/>
        </w:rPr>
        <w:t>Challenge 1</w:t>
      </w:r>
    </w:p>
    <w:p>
      <w:r>
        <w:rPr>
          <w:rFonts w:ascii="Arial Unicode MS" w:hAnsi="Arial Unicode MS"/>
        </w:rPr>
        <w:t>Compare molten NaCl, concentrated NaCl(aq) and dilute NaCl(aq). Give both electrode products and explain the differences.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Challenge 2</w:t>
      </w:r>
    </w:p>
    <w:p>
      <w:r>
        <w:rPr>
          <w:rFonts w:ascii="Arial Unicode MS" w:hAnsi="Arial Unicode MS"/>
        </w:rPr>
        <w:t>CuSO₄(aq) is electrolysed with inert electrodes. Give both half-equations and predict the colour change.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Challenge 3</w:t>
      </w:r>
    </w:p>
    <w:p>
      <w:r>
        <w:rPr>
          <w:rFonts w:ascii="Arial Unicode MS" w:hAnsi="Arial Unicode MS"/>
        </w:rPr>
        <w:t>Explain why aqueous aluminium chloride cannot replace molten aluminium oxide in the extraction process.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8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motion#electrolysis" TargetMode="External"/><Relationship Id="rId11" Type="http://schemas.openxmlformats.org/officeDocument/2006/relationships/hyperlink" Target="https://chemroom.cn/motion#bat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8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