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Oxygen, electrons and oxidation numbers</w:t>
      </w:r>
    </w:p>
    <w:p>
      <w:r>
        <w:rPr>
          <w:rFonts w:ascii="Arial Unicode MS" w:hAnsi="Arial Unicode MS"/>
        </w:rPr>
        <w:t>PPT slides 3–18  |  Name __________________  Date __________</w:t>
      </w:r>
    </w:p>
    <w:p>
      <w:r>
        <w:rPr>
          <w:rFonts w:ascii="Arial Unicode MS" w:hAnsi="Arial Unicode MS"/>
        </w:rPr>
        <w:t>Chapter 7: Redox Reactions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electron transfer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电子转移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half-equation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半方程式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uncombined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游离态元素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the electron number when Mg forms Mg²⁺?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Oxidation is gain of oxygen. Reduction is loss of oxygen.</w:t>
      </w:r>
    </w:p>
    <w:p>
      <w:r>
        <w:rPr>
          <w:rFonts w:ascii="Arial Unicode MS" w:hAnsi="Arial Unicode MS"/>
        </w:rPr>
        <w:t>Oxidation is loss of electrons; reduction is gain of electrons.</w:t>
      </w:r>
    </w:p>
    <w:p>
      <w:r>
        <w:rPr>
          <w:rFonts w:ascii="Arial Unicode MS" w:hAnsi="Arial Unicode MS"/>
        </w:rPr>
        <w:t>Oxidation numbers sum to zero in a neutral compound and to the charge in a polyatomic ion.</w:t>
      </w:r>
    </w:p>
    <w:p>
      <w:r>
        <w:rPr>
          <w:rFonts w:ascii="Arial Unicode MS" w:hAnsi="Arial Unicode MS"/>
        </w:rPr>
        <w:t>An increase in oxidation number means oxidation; a decrease means reduction.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8: Write the two half-equations for sodium reacting with chlorine.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Slide 15: Find the oxidation number of Mn in MnO₄⁻.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Oxygen, electrons and oxidation numbers</w:t>
      </w:r>
    </w:p>
    <w:p>
      <w:r>
        <w:rPr>
          <w:rFonts w:ascii="Arial Unicode MS" w:hAnsi="Arial Unicode MS"/>
        </w:rPr>
        <w:t>PPT slides 3–18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7A, 7B</w:t>
      </w:r>
    </w:p>
    <w:p>
      <w:r>
        <w:rPr>
          <w:rFonts w:ascii="Arial Unicode MS" w:hAnsi="Arial Unicode MS"/>
        </w:rPr>
        <w:t>1. For CuO + H₂ → Cu + H₂O, identify the substance oxidised and the substance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Complete: Zn → Zn²⁺ + __ ; Br₂ + __ → 2Br⁻.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Find the oxidation number of S in SO₂ and in SO₄²⁻.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4. In 2Fe²⁺ + Cl₂ → 2Fe³⁺ + 2Cl⁻, identify what is oxidised and what is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HCl + NaOH → NaCl + H₂O, do any oxidation numbers change?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Redox agents and colour changes</w:t>
      </w:r>
    </w:p>
    <w:p>
      <w:r>
        <w:rPr>
          <w:rFonts w:ascii="Arial Unicode MS" w:hAnsi="Arial Unicode MS"/>
        </w:rPr>
        <w:t>PPT slides 19–27  |  Name __________________  Date __________</w:t>
      </w:r>
    </w:p>
    <w:p>
      <w:r>
        <w:rPr>
          <w:rFonts w:ascii="Arial Unicode MS" w:hAnsi="Arial Unicode MS"/>
        </w:rPr>
        <w:t>Chapter 7: Redox Reactions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oxidising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acidified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酸化的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observation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现象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Fe²⁺ → Fe³⁺ + e⁻: has Fe²⁺ been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An oxidising agent oxidises another substance and is itself reduced.</w:t>
      </w:r>
    </w:p>
    <w:p>
      <w:r>
        <w:rPr>
          <w:rFonts w:ascii="Arial Unicode MS" w:hAnsi="Arial Unicode MS"/>
        </w:rPr>
        <w:t>A reducing agent reduces another substance and is itself oxidised.</w:t>
      </w:r>
    </w:p>
    <w:p>
      <w:r>
        <w:rPr>
          <w:rFonts w:ascii="Arial Unicode MS" w:hAnsi="Arial Unicode MS"/>
        </w:rPr>
        <w:t>A reducing agent changes acidified aqueous potassium manganate(VII) from purple to colourless.</w:t>
      </w:r>
    </w:p>
    <w:p>
      <w:r>
        <w:rPr>
          <w:rFonts w:ascii="Arial Unicode MS" w:hAnsi="Arial Unicode MS"/>
        </w:rPr>
        <w:t>An oxidising agent oxidises iodide ions to iodine.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24: For Cl₂ + 2I⁻ → 2Cl⁻ + I₂, identify both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Redox agents and colour changes</w:t>
      </w:r>
    </w:p>
    <w:p>
      <w:r>
        <w:rPr>
          <w:rFonts w:ascii="Arial Unicode MS" w:hAnsi="Arial Unicode MS"/>
        </w:rPr>
        <w:t>PPT slides 19–27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7C</w:t>
      </w:r>
    </w:p>
    <w:p>
      <w:r>
        <w:rPr>
          <w:rFonts w:ascii="Arial Unicode MS" w:hAnsi="Arial Unicode MS"/>
        </w:rPr>
        <w:t>1. For CuO + H₂ → Cu + H₂O, identify the oxidising and reducing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sample turns acidified potassium manganate(VII) colourless. What role does the sample play?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oxidising agent is itself oxidised.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7: End practice</w:t>
      </w:r>
    </w:p>
    <w:p>
      <w:r>
        <w:rPr>
          <w:rFonts w:ascii="Arial Unicode MS" w:hAnsi="Arial Unicode MS"/>
        </w:rPr>
        <w:t>Attempt after the core questions are secure. Show your reasoning. Use for homework if lesson time is needed for corrections.</w:t>
      </w:r>
    </w:p>
    <w:p>
      <w:pPr>
        <w:pStyle w:val="Heading2"/>
      </w:pPr>
      <w:r>
        <w:rPr>
          <w:rFonts w:ascii="Arial Unicode MS" w:hAnsi="Arial Unicode MS"/>
        </w:rPr>
        <w:t>Challenge 1</w:t>
      </w:r>
    </w:p>
    <w:p>
      <w:r>
        <w:rPr>
          <w:rFonts w:ascii="Arial Unicode MS" w:hAnsi="Arial Unicode MS"/>
        </w:rPr>
        <w:t>For Mg + 2Ag⁺ → Mg²⁺ + 2Ag, write both half-equations and name both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Challenge 2</w:t>
      </w:r>
    </w:p>
    <w:p>
      <w:r>
        <w:rPr>
          <w:rFonts w:ascii="Arial Unicode MS" w:hAnsi="Arial Unicode MS"/>
        </w:rPr>
        <w:t>Explain why Mn has oxidation number +7 in MnO₄⁻ but this ion is not Mn⁷⁺.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Challenge 3</w:t>
      </w:r>
    </w:p>
    <w:p>
      <w:r>
        <w:rPr>
          <w:rFonts w:ascii="Arial Unicode MS" w:hAnsi="Arial Unicode MS"/>
        </w:rPr>
        <w:t>One sample decolourises acidified potassium manganate(VII). Another turns potassium iodide brown. Compare their roles.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