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Compounds and ions</w:t>
      </w:r>
    </w:p>
    <w:p>
      <w:r>
        <w:rPr>
          <w:rFonts w:ascii="Arial Unicode MS" w:hAnsi="Arial Unicode MS"/>
        </w:rPr>
        <w:t>PPT slides 2–12  |  Name __________________  Date __________</w:t>
      </w:r>
    </w:p>
    <w:p>
      <w:r>
        <w:rPr>
          <w:rFonts w:ascii="Arial Unicode MS" w:hAnsi="Arial Unicode MS"/>
        </w:rPr>
        <w:t>Chapter 4 Atoms Combining  |  CIE 0620 Extended</w:t>
      </w:r>
    </w:p>
    <w:p>
      <w:r>
        <w:rPr>
          <w:rFonts w:ascii="Arial Unicode MS" w:hAnsi="Arial Unicode MS"/>
        </w:rPr>
        <w:t>Follow the teacher explanation and worked example before attempting the practice. Use a hint card when you need a starting step.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compound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化合物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阴离子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many electrons does a neutral sodium atom have? What is its electronic configuration?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Follow the explanation</w:t>
      </w:r>
    </w:p>
    <w:p>
      <w:r>
        <w:rPr>
          <w:rFonts w:ascii="Arial Unicode MS" w:hAnsi="Arial Unicode MS"/>
        </w:rPr>
        <w:t>A compound contains different elements chemically combined in a fixed ratio. A mixture contains substances together without chemical combination.</w:t>
      </w:r>
    </w:p>
    <w:p>
      <w:r>
        <w:rPr>
          <w:rFonts w:ascii="Arial Unicode MS" w:hAnsi="Arial Unicode MS"/>
        </w:rPr>
        <w:t>A chemical change forms new substances. A physical change does not.</w:t>
      </w:r>
    </w:p>
    <w:p>
      <w:r>
        <w:rPr>
          <w:rFonts w:ascii="Arial Unicode MS" w:hAnsi="Arial Unicode MS"/>
        </w:rPr>
        <w:t>Atoms form positive ions by losing electrons and negative ions by gaining electrons. The nucleus stays unchanged.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9: A magnesium atom has 12 protons and 12 electrons. It loses two electrons.</w:t>
      </w:r>
    </w:p>
    <w:p>
      <w:r>
        <w:rPr>
          <w:rFonts w:ascii="Arial Unicode MS" w:hAnsi="Arial Unicode MS"/>
        </w:rPr>
        <w:t>Record the teacher’s steps or diagram here.</w:t>
      </w:r>
    </w:p>
    <w:p>
      <w:pPr>
        <w:spacing w:line="8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Compounds and ions</w:t>
      </w:r>
    </w:p>
    <w:p>
      <w:r>
        <w:rPr>
          <w:rFonts w:ascii="Arial Unicode MS" w:hAnsi="Arial Unicode MS"/>
        </w:rPr>
        <w:t>PPT slides 2–12  |  Name __________________  Date __________</w:t>
      </w:r>
    </w:p>
    <w:p>
      <w:r>
        <w:rPr>
          <w:rFonts w:ascii="Arial Unicode MS" w:hAnsi="Arial Unicode MS"/>
        </w:rPr>
        <w:t>Work independently first. When both partners have attempted the question, compare your reasoning. Explain disagreements and mark anything unresolved for class feedback.</w:t>
      </w:r>
    </w:p>
    <w:p>
      <w:r>
        <w:rPr>
          <w:rFonts w:ascii="Arial Unicode MS" w:hAnsi="Arial Unicode MS"/>
        </w:rPr>
        <w:t>Partner focus: Compare electron counts and explain why ion formation preserves element identity.  Hint cards: 3C.</w:t>
      </w:r>
    </w:p>
    <w:p>
      <w:r>
        <w:rPr>
          <w:rFonts w:ascii="Arial Unicode MS" w:hAnsi="Arial Unicode MS"/>
        </w:rPr>
        <w:t>1. An oxygen atom gains two electrons. Give its ion symbol and electronic configuration.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Na⁺ is still sodium.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one step or explain why your method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does losing an electron produce a positive 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Ionic bonding and formula foundations</w:t>
      </w:r>
    </w:p>
    <w:p>
      <w:r>
        <w:rPr>
          <w:rFonts w:ascii="Arial Unicode MS" w:hAnsi="Arial Unicode MS"/>
        </w:rPr>
        <w:t>PPT slides 13–30  |  Name __________________  Date __________</w:t>
      </w:r>
    </w:p>
    <w:p>
      <w:r>
        <w:rPr>
          <w:rFonts w:ascii="Arial Unicode MS" w:hAnsi="Arial Unicode MS"/>
        </w:rPr>
        <w:t>Chapter 4 Atoms Combining  |  CIE 0620 Extended</w:t>
      </w:r>
    </w:p>
    <w:p>
      <w:r>
        <w:rPr>
          <w:rFonts w:ascii="Arial Unicode MS" w:hAnsi="Arial Unicode MS"/>
        </w:rPr>
        <w:t>Follow the teacher explanation and worked example before attempting the practice. Use a hint card when you need a starting step.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ionic bond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离子键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lattice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晶格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electrostatic attraction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静电吸引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formula unit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化学式单位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polyatomic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多原子离子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do Na⁺ and Cl⁻ form?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Follow the explanation</w:t>
      </w:r>
    </w:p>
    <w:p>
      <w:r>
        <w:rPr>
          <w:rFonts w:ascii="Arial Unicode MS" w:hAnsi="Arial Unicode MS"/>
        </w:rPr>
        <w:t>Electron transfer forms ions. Electrostatic attraction between opposite charges is the ionic bond.</w:t>
      </w:r>
    </w:p>
    <w:p>
      <w:r>
        <w:rPr>
          <w:rFonts w:ascii="Arial Unicode MS" w:hAnsi="Arial Unicode MS"/>
        </w:rPr>
        <w:t>Ionic solids form giant lattices rather than separate molecules.</w:t>
      </w:r>
    </w:p>
    <w:p>
      <w:r>
        <w:rPr>
          <w:rFonts w:ascii="Arial Unicode MS" w:hAnsi="Arial Unicode MS"/>
        </w:rPr>
        <w:t>Use the smallest whole-number ion ratio with zero total charge. A polyatomic ion is one charged group.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20: Describe a dot-and-cross diagram for calcium chloride.</w:t>
      </w:r>
    </w:p>
    <w:p>
      <w:r>
        <w:rPr>
          <w:rFonts w:ascii="Arial Unicode MS" w:hAnsi="Arial Unicode MS"/>
        </w:rPr>
        <w:t>Record the teacher’s steps or diagram here.</w:t>
      </w:r>
    </w:p>
    <w:p>
      <w:pPr>
        <w:spacing w:line="8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Ionic bonding and formula foundations</w:t>
      </w:r>
    </w:p>
    <w:p>
      <w:r>
        <w:rPr>
          <w:rFonts w:ascii="Arial Unicode MS" w:hAnsi="Arial Unicode MS"/>
        </w:rPr>
        <w:t>PPT slides 13–30  |  Name __________________  Date __________</w:t>
      </w:r>
    </w:p>
    <w:p>
      <w:r>
        <w:rPr>
          <w:rFonts w:ascii="Arial Unicode MS" w:hAnsi="Arial Unicode MS"/>
        </w:rPr>
        <w:t>Work independently first. When both partners have attempted the question, compare your reasoning. Explain disagreements and mark anything unresolved for class feedback.</w:t>
      </w:r>
    </w:p>
    <w:p>
      <w:r>
        <w:rPr>
          <w:rFonts w:ascii="Arial Unicode MS" w:hAnsi="Arial Unicode MS"/>
        </w:rPr>
        <w:t>Partner focus: Compare charge totals and the particles named in an ionic bond.  Hint cards: 4A.</w:t>
      </w:r>
    </w:p>
    <w:p>
      <w:r>
        <w:rPr>
          <w:rFonts w:ascii="Arial Unicode MS" w:hAnsi="Arial Unicode MS"/>
        </w:rPr>
        <w:t>1. Explain why MgCl₂ needs two chloride ions for each magnesium 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Define an ionic bond.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one step or explain why your method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magnesium oxide written as MgO rather than Mg₂O₂?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Polyatomic formulae and first covalent bonds</w:t>
      </w:r>
    </w:p>
    <w:p>
      <w:r>
        <w:rPr>
          <w:rFonts w:ascii="Arial Unicode MS" w:hAnsi="Arial Unicode MS"/>
        </w:rPr>
        <w:t>PPT slides 31–44  |  Name __________________  Date __________</w:t>
      </w:r>
    </w:p>
    <w:p>
      <w:r>
        <w:rPr>
          <w:rFonts w:ascii="Arial Unicode MS" w:hAnsi="Arial Unicode MS"/>
        </w:rPr>
        <w:t>Chapter 4 Atoms Combining  |  CIE 0620 Extended</w:t>
      </w:r>
    </w:p>
    <w:p>
      <w:r>
        <w:rPr>
          <w:rFonts w:ascii="Arial Unicode MS" w:hAnsi="Arial Unicode MS"/>
        </w:rPr>
        <w:t>Follow the teacher explanation and worked example before attempting the practice. Use a hint card when you need a starting step.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formula unit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化学式单位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polyatomic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多原子离子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overall charge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总电荷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intermolecular force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分子间作用力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molten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熔融的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the total charge on two Mg²⁺ ions?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Follow the explanation</w:t>
      </w:r>
    </w:p>
    <w:p>
      <w:r>
        <w:rPr>
          <w:rFonts w:ascii="Arial Unicode MS" w:hAnsi="Arial Unicode MS"/>
        </w:rPr>
        <w:t>Keep each polyatomic ion intact. Use brackets when more than one whole group is needed.</w:t>
      </w:r>
    </w:p>
    <w:p>
      <w:r>
        <w:rPr>
          <w:rFonts w:ascii="Arial Unicode MS" w:hAnsi="Arial Unicode MS"/>
        </w:rPr>
        <w:t>Ionic substances conduct only when their ions can move through the substance.</w:t>
      </w:r>
    </w:p>
    <w:p>
      <w:r>
        <w:rPr>
          <w:rFonts w:ascii="Arial Unicode MS" w:hAnsi="Arial Unicode MS"/>
        </w:rPr>
        <w:t>A covalent bond is a shared electron pair. Check H₂, Cl₂ and HCl using their outer electrons.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32: Write the formula of aluminium sulfate using Al³⁺ and SO₄²⁻.</w:t>
      </w:r>
    </w:p>
    <w:p>
      <w:r>
        <w:rPr>
          <w:rFonts w:ascii="Arial Unicode MS" w:hAnsi="Arial Unicode MS"/>
        </w:rPr>
        <w:t>Record the teacher’s steps or diagram here.</w:t>
      </w:r>
    </w:p>
    <w:p>
      <w:pPr>
        <w:spacing w:line="8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Polyatomic formulae and first covalent bonds</w:t>
      </w:r>
    </w:p>
    <w:p>
      <w:r>
        <w:rPr>
          <w:rFonts w:ascii="Arial Unicode MS" w:hAnsi="Arial Unicode MS"/>
        </w:rPr>
        <w:t>PPT slides 31–44  |  Name __________________  Date __________</w:t>
      </w:r>
    </w:p>
    <w:p>
      <w:r>
        <w:rPr>
          <w:rFonts w:ascii="Arial Unicode MS" w:hAnsi="Arial Unicode MS"/>
        </w:rPr>
        <w:t>Work independently first. When both partners have attempted the question, compare your reasoning. Explain disagreements and mark anything unresolved for class feedback.</w:t>
      </w:r>
    </w:p>
    <w:p>
      <w:r>
        <w:rPr>
          <w:rFonts w:ascii="Arial Unicode MS" w:hAnsi="Arial Unicode MS"/>
        </w:rPr>
        <w:t>Partner focus: Compare the ion ratio, total charge and bracket placement.  Hint cards: 4A–4C; 4F if needed.</w:t>
      </w:r>
    </w:p>
    <w:p>
      <w:r>
        <w:rPr>
          <w:rFonts w:ascii="Arial Unicode MS" w:hAnsi="Arial Unicode MS"/>
        </w:rPr>
        <w:t>1. Write the formulae of potassium oxide and iron(III) chloride.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the formula of ammonium sulfate using NH₄⁺ and SO₄²⁻.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one step or explain why your method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Write the formula from Mg²⁺ and OH⁻. Then state how many electrons form one covalent bond.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Covalent molecules</w:t>
      </w:r>
    </w:p>
    <w:p>
      <w:r>
        <w:rPr>
          <w:rFonts w:ascii="Arial Unicode MS" w:hAnsi="Arial Unicode MS"/>
        </w:rPr>
        <w:t>PPT slides 45–62  |  Name __________________  Date __________</w:t>
      </w:r>
    </w:p>
    <w:p>
      <w:r>
        <w:rPr>
          <w:rFonts w:ascii="Arial Unicode MS" w:hAnsi="Arial Unicode MS"/>
        </w:rPr>
        <w:t>Chapter 4 Atoms Combining  |  CIE 0620 Extended</w:t>
      </w:r>
    </w:p>
    <w:p>
      <w:r>
        <w:rPr>
          <w:rFonts w:ascii="Arial Unicode MS" w:hAnsi="Arial Unicode MS"/>
        </w:rPr>
        <w:t>Follow the teacher explanation and worked example before attempting the practice. Use a hint card when you need a starting step.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covalent bond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共价键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shared pair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共用电子对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lone pair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孤电子对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double bond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双键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triple bond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三键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does one line in a displayed formula represent?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Follow the explanation</w:t>
      </w:r>
    </w:p>
    <w:p>
      <w:r>
        <w:rPr>
          <w:rFonts w:ascii="Arial Unicode MS" w:hAnsi="Arial Unicode MS"/>
        </w:rPr>
        <w:t>Count the total outer-shell electrons before placing shared pairs and lone pairs.</w:t>
      </w:r>
    </w:p>
    <w:p>
      <w:r>
        <w:rPr>
          <w:rFonts w:ascii="Arial Unicode MS" w:hAnsi="Arial Unicode MS"/>
        </w:rPr>
        <w:t>A double bond has two shared pairs. A triple bond has three shared pairs.</w:t>
      </w:r>
    </w:p>
    <w:p>
      <w:r>
        <w:rPr>
          <w:rFonts w:ascii="Arial Unicode MS" w:hAnsi="Arial Unicode MS"/>
        </w:rPr>
        <w:t>In these examples, check two electrons around H and eight around the other atoms.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49: Draw the outer-shell dot-and-cross diagram for NH₃.</w:t>
      </w:r>
    </w:p>
    <w:p>
      <w:r>
        <w:rPr>
          <w:rFonts w:ascii="Arial Unicode MS" w:hAnsi="Arial Unicode MS"/>
        </w:rPr>
        <w:t>Record the teacher’s steps or diagram here.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Covalent molecules</w:t>
      </w:r>
    </w:p>
    <w:p>
      <w:r>
        <w:rPr>
          <w:rFonts w:ascii="Arial Unicode MS" w:hAnsi="Arial Unicode MS"/>
        </w:rPr>
        <w:t>PPT slides 45–62  |  Name __________________  Date __________</w:t>
      </w:r>
    </w:p>
    <w:p>
      <w:r>
        <w:rPr>
          <w:rFonts w:ascii="Arial Unicode MS" w:hAnsi="Arial Unicode MS"/>
        </w:rPr>
        <w:t>Work independently first. When both partners have attempted the question, compare your reasoning. Explain disagreements and mark anything unresolved for class feedback.</w:t>
      </w:r>
    </w:p>
    <w:p>
      <w:r>
        <w:rPr>
          <w:rFonts w:ascii="Arial Unicode MS" w:hAnsi="Arial Unicode MS"/>
        </w:rPr>
        <w:t>Partner focus: Compare electron totals, atom connections, bonding pairs and lone pairs.  Hint cards: 4D.</w:t>
      </w:r>
    </w:p>
    <w:p>
      <w:r>
        <w:rPr>
          <w:rFonts w:ascii="Arial Unicode MS" w:hAnsi="Arial Unicode MS"/>
        </w:rPr>
        <w:t>1. Draw the outer-shell dot-and-cross diagram for H₂O.</w:t>
      </w:r>
    </w:p>
    <w:p>
      <w:pPr>
        <w:spacing w:line="1160" w:lineRule="exact" w:after="0"/>
      </w:pPr>
    </w:p>
    <w:p>
      <w:r>
        <w:rPr>
          <w:rFonts w:ascii="Arial Unicode MS" w:hAnsi="Arial Unicode MS"/>
        </w:rPr>
        <w:t>2. State the number of bonding pairs and lone pairs around N in NH₃.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Draw the outer-shell dot-and-cross diagram for N₂.</w:t>
      </w:r>
    </w:p>
    <w:p>
      <w:pPr>
        <w:spacing w:line="1160" w:lineRule="exact" w:after="0"/>
      </w:pPr>
    </w:p>
    <w:p>
      <w:r>
        <w:rPr>
          <w:rFonts w:ascii="Arial Unicode MS" w:hAnsi="Arial Unicode MS"/>
        </w:rPr>
        <w:t>4. Draw the displayed formula of CH₃OH and add the lone pairs on O.</w:t>
      </w:r>
    </w:p>
    <w:p>
      <w:pPr>
        <w:spacing w:line="1160" w:lineRule="exact" w:after="0"/>
      </w:pP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one step or explain why your method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How many bonding electrons are in one C=C double bond?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Structure and properties</w:t>
      </w:r>
    </w:p>
    <w:p>
      <w:r>
        <w:rPr>
          <w:rFonts w:ascii="Arial Unicode MS" w:hAnsi="Arial Unicode MS"/>
        </w:rPr>
        <w:t>PPT slides 63–76  |  Name __________________  Date __________</w:t>
      </w:r>
    </w:p>
    <w:p>
      <w:r>
        <w:rPr>
          <w:rFonts w:ascii="Arial Unicode MS" w:hAnsi="Arial Unicode MS"/>
        </w:rPr>
        <w:t>Chapter 4 Atoms Combining  |  CIE 0620 Extended</w:t>
      </w:r>
    </w:p>
    <w:p>
      <w:r>
        <w:rPr>
          <w:rFonts w:ascii="Arial Unicode MS" w:hAnsi="Arial Unicode MS"/>
        </w:rPr>
        <w:t>Follow the teacher explanation and worked example before attempting the practice. Use a hint card when you need a starting step.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intermolecular force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分子间作用力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molten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熔融的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mobile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可移动离子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giant covalent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巨型共价结构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delocalised electron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离域电子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charged particles carry current in molten sodium chloride?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Follow the explanation</w:t>
      </w:r>
    </w:p>
    <w:p>
      <w:r>
        <w:rPr>
          <w:rFonts w:ascii="Arial Unicode MS" w:hAnsi="Arial Unicode MS"/>
        </w:rPr>
        <w:t>Distinguish covalent bonds inside a molecule from forces between molecules.</w:t>
      </w:r>
    </w:p>
    <w:p>
      <w:r>
        <w:rPr>
          <w:rFonts w:ascii="Arial Unicode MS" w:hAnsi="Arial Unicode MS"/>
        </w:rPr>
        <w:t>Link high melting points in giant structures to the large energy needed to overcome strong bonding.</w:t>
      </w:r>
    </w:p>
    <w:p>
      <w:r>
        <w:rPr>
          <w:rFonts w:ascii="Arial Unicode MS" w:hAnsi="Arial Unicode MS"/>
        </w:rPr>
        <w:t>Use the diamond, graphite and SiO₂ diagrams to explain differences in properties.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67: Why does methane have a low boiling point while magnesium oxide has a high melting point?</w:t>
      </w:r>
    </w:p>
    <w:p>
      <w:r>
        <w:rPr>
          <w:rFonts w:ascii="Arial Unicode MS" w:hAnsi="Arial Unicode MS"/>
        </w:rPr>
        <w:t>Record the teacher’s steps or diagram here.</w:t>
      </w:r>
    </w:p>
    <w:p>
      <w:pPr>
        <w:spacing w:line="8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Structure and properties</w:t>
      </w:r>
    </w:p>
    <w:p>
      <w:r>
        <w:rPr>
          <w:rFonts w:ascii="Arial Unicode MS" w:hAnsi="Arial Unicode MS"/>
        </w:rPr>
        <w:t>PPT slides 63–76  |  Name __________________  Date __________</w:t>
      </w:r>
    </w:p>
    <w:p>
      <w:r>
        <w:rPr>
          <w:rFonts w:ascii="Arial Unicode MS" w:hAnsi="Arial Unicode MS"/>
        </w:rPr>
        <w:t>Work independently first. When both partners have attempted the question, compare your reasoning. Explain disagreements and mark anything unresolved for class feedback.</w:t>
      </w:r>
    </w:p>
    <w:p>
      <w:r>
        <w:rPr>
          <w:rFonts w:ascii="Arial Unicode MS" w:hAnsi="Arial Unicode MS"/>
        </w:rPr>
        <w:t>Partner focus: Compare the charge carriers and the attractions being overcome.  Hint cards: 4E–4F.</w:t>
      </w:r>
    </w:p>
    <w:p>
      <w:r>
        <w:rPr>
          <w:rFonts w:ascii="Arial Unicode MS" w:hAnsi="Arial Unicode MS"/>
        </w:rPr>
        <w:t>1. Explain why solid MgO cannot conduct but molten MgO can.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Water boils without breaking its O–H covalent bonds. Explain what is overcome.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one step or explain why your method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graphite conduct electricity while diamond cannot?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Guided notes</w:t>
      </w:r>
    </w:p>
    <w:p>
      <w:pPr>
        <w:pStyle w:val="Heading1"/>
      </w:pPr>
      <w:r>
        <w:rPr>
          <w:rFonts w:ascii="Arial Unicode MS" w:hAnsi="Arial Unicode MS"/>
        </w:rPr>
        <w:t>Metals and bonding review</w:t>
      </w:r>
    </w:p>
    <w:p>
      <w:r>
        <w:rPr>
          <w:rFonts w:ascii="Arial Unicode MS" w:hAnsi="Arial Unicode MS"/>
        </w:rPr>
        <w:t>PPT slides 77–85  |  Name __________________  Date __________</w:t>
      </w:r>
    </w:p>
    <w:p>
      <w:r>
        <w:rPr>
          <w:rFonts w:ascii="Arial Unicode MS" w:hAnsi="Arial Unicode MS"/>
        </w:rPr>
        <w:t>Chapter 4 Atoms Combining  |  CIE 0620 Extended</w:t>
      </w:r>
    </w:p>
    <w:p>
      <w:r>
        <w:rPr>
          <w:rFonts w:ascii="Arial Unicode MS" w:hAnsi="Arial Unicode MS"/>
        </w:rPr>
        <w:t>Follow the teacher explanation and worked example before attempting the practice. Use a hint card when you need a starting step.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giant covalent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巨型共价结构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delocalised electron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离域电子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malleable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可锻的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does graphite conduct electricity?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Follow the explanation</w:t>
      </w:r>
    </w:p>
    <w:p>
      <w:r>
        <w:rPr>
          <w:rFonts w:ascii="Arial Unicode MS" w:hAnsi="Arial Unicode MS"/>
        </w:rPr>
        <w:t>Metallic bonding attracts positive ions to delocalised electrons.</w:t>
      </w:r>
    </w:p>
    <w:p>
      <w:r>
        <w:rPr>
          <w:rFonts w:ascii="Arial Unicode MS" w:hAnsi="Arial Unicode MS"/>
        </w:rPr>
        <w:t>Explain conductivity using mobile electrons and malleability using sliding ion layers with attraction maintained.</w:t>
      </w:r>
    </w:p>
    <w:p>
      <w:r>
        <w:rPr>
          <w:rFonts w:ascii="Arial Unicode MS" w:hAnsi="Arial Unicode MS"/>
        </w:rPr>
        <w:t>Use all the property evidence when suggesting a structure.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78: Explain why copper conducts electricity as a solid.</w:t>
      </w:r>
    </w:p>
    <w:p>
      <w:r>
        <w:rPr>
          <w:rFonts w:ascii="Arial Unicode MS" w:hAnsi="Arial Unicode MS"/>
        </w:rPr>
        <w:t>Record the teacher’s steps or diagram here.</w:t>
      </w:r>
    </w:p>
    <w:p>
      <w:pPr>
        <w:spacing w:line="8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Practice and feedback</w:t>
      </w:r>
    </w:p>
    <w:p>
      <w:pPr>
        <w:pStyle w:val="Heading1"/>
      </w:pPr>
      <w:r>
        <w:rPr>
          <w:rFonts w:ascii="Arial Unicode MS" w:hAnsi="Arial Unicode MS"/>
        </w:rPr>
        <w:t>Metals and bonding review</w:t>
      </w:r>
    </w:p>
    <w:p>
      <w:r>
        <w:rPr>
          <w:rFonts w:ascii="Arial Unicode MS" w:hAnsi="Arial Unicode MS"/>
        </w:rPr>
        <w:t>PPT slides 77–85  |  Name __________________  Date __________</w:t>
      </w:r>
    </w:p>
    <w:p>
      <w:r>
        <w:rPr>
          <w:rFonts w:ascii="Arial Unicode MS" w:hAnsi="Arial Unicode MS"/>
        </w:rPr>
        <w:t>Work independently first. When both partners have attempted the question, compare your reasoning. Explain disagreements and mark anything unresolved for class feedback.</w:t>
      </w:r>
    </w:p>
    <w:p>
      <w:r>
        <w:rPr>
          <w:rFonts w:ascii="Arial Unicode MS" w:hAnsi="Arial Unicode MS"/>
        </w:rPr>
        <w:t>Partner focus: Compare the moving particles and explain what keeps the structure together.  Hint cards: 4E–4F.</w:t>
      </w:r>
    </w:p>
    <w:p>
      <w:r>
        <w:rPr>
          <w:rFonts w:ascii="Arial Unicode MS" w:hAnsi="Arial Unicode MS"/>
        </w:rPr>
        <w:t>1. Explain why graphite is useful as both a lubricant and an electrode.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 metal conducts electricity and can change shape without shattering.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one step or explain why your method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particles carry current in copper, and which carry current in molten NaCl?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end practice</w:t>
      </w:r>
    </w:p>
    <w:p>
      <w:pPr>
        <w:pStyle w:val="Heading1"/>
      </w:pPr>
      <w:r>
        <w:rPr>
          <w:rFonts w:ascii="Arial Unicode MS" w:hAnsi="Arial Unicode MS"/>
        </w:rPr>
        <w:t>Atoms Combining</w:t>
      </w:r>
    </w:p>
    <w:p>
      <w:r>
        <w:rPr>
          <w:rFonts w:ascii="Arial Unicode MS" w:hAnsi="Arial Unicode MS"/>
        </w:rPr>
        <w:t>Use these questions after the chapter, in class or for homework. Attempt independently, then compare explanations with your partner when your teacher asks. Show reasoning as well as an answer.</w:t>
      </w:r>
    </w:p>
    <w:p>
      <w:r>
        <w:rPr>
          <w:rFonts w:ascii="Arial Unicode MS" w:hAnsi="Arial Unicode MS"/>
        </w:rPr>
        <w:t>1. Explain why copper conducts electricity as a solid but solid sodium chloride does not.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both diamond and graphite have high melting points.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substance melts at 800 °C. It does not conduct as a solid but conducts when molten. Identify its likely structure and explain both observations.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4. A second substance melts at −110 °C and does not conduct. Suggest its likely structure.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4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