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 16 Consolidation Worksheet</w:t>
      </w:r>
    </w:p>
    <w:p>
      <w:pPr>
        <w:pStyle w:val="Heading1"/>
      </w:pPr>
      <w:r>
        <w:rPr>
          <w:rFonts w:ascii="Arial Unicode MS" w:hAnsi="Arial Unicode MS"/>
        </w:rPr>
        <w:t>Some Non-metals and Their Compounds</w:t>
      </w:r>
    </w:p>
    <w:p>
      <w:r>
        <w:rPr>
          <w:rFonts w:ascii="Arial Unicode MS" w:hAnsi="Arial Unicode MS"/>
        </w:rPr>
        <w:t>Name __________________  Date __________</w:t>
      </w:r>
    </w:p>
    <w:p>
      <w:r>
        <w:rPr>
          <w:rFonts w:ascii="Arial Unicode MS" w:hAnsi="Arial Unicode MS"/>
        </w:rPr>
        <w:t>Follow a short teacher model, then attempt the selected questions independently. Compare your reasoning with your regular partner. Use a hint card if you cannot start. Complete the final check without a hint.</w:t>
      </w:r>
    </w:p>
    <w:p>
      <w:pPr>
        <w:pStyle w:val="Heading2"/>
      </w:pPr>
      <w:r>
        <w:rPr>
          <w:rFonts w:ascii="Arial Unicode MS" w:hAnsi="Arial Unicode MS"/>
        </w:rPr>
        <w:t>Teacher example</w:t>
      </w:r>
    </w:p>
    <w:p>
      <w:r>
        <w:rPr>
          <w:rFonts w:ascii="Arial Unicode MS" w:hAnsi="Arial Unicode MS"/>
        </w:rPr>
        <w:t>Why is the Haber process not run at the lowest possible temperature?</w:t>
      </w:r>
    </w:p>
    <w:p>
      <w:pPr>
        <w:spacing w:line="12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1</w:t>
      </w:r>
    </w:p>
    <w:p>
      <w:r>
        <w:rPr>
          <w:rFonts w:ascii="Arial Unicode MS" w:hAnsi="Arial Unicode MS"/>
        </w:rPr>
        <w:t>State the ammonia test and explain how warming an ammonium salt with alkali releases ammonia. Include an ionic equation.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2</w:t>
      </w:r>
    </w:p>
    <w:p>
      <w:r>
        <w:rPr>
          <w:rFonts w:ascii="Arial Unicode MS" w:hAnsi="Arial Unicode MS"/>
        </w:rPr>
        <w:t>Give the Haber equation and typical temperature, pressure and catalyst. [5]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3</w:t>
      </w:r>
    </w:p>
    <w:p>
      <w:r>
        <w:rPr>
          <w:rFonts w:ascii="Arial Unicode MS" w:hAnsi="Arial Unicode MS"/>
        </w:rPr>
        <w:t>Explain why a very low temperature is unsuitable for Haber production, and why a catalyst does not increase equilibrium yield.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4</w:t>
      </w:r>
    </w:p>
    <w:p>
      <w:r>
        <w:rPr>
          <w:rFonts w:ascii="Arial Unicode MS" w:hAnsi="Arial Unicode MS"/>
        </w:rPr>
        <w:t>Give the Contact equation, catalyst and pressure. Explain why high pressure would favour SO₃. [5]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5</w:t>
      </w:r>
    </w:p>
    <w:p>
      <w:r>
        <w:rPr>
          <w:rFonts w:ascii="Arial Unicode MS" w:hAnsi="Arial Unicode MS"/>
        </w:rPr>
        <w:t>Optional challenge: name the three NPK elements, identify which are supplied by NH₄NO₃, and explain a possible harm from excess runoff.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Feedback and Independent Check</w:t>
      </w:r>
    </w:p>
    <w:p>
      <w:r>
        <w:rPr>
          <w:rFonts w:ascii="Arial Unicode MS" w:hAnsi="Arial Unicode MS"/>
        </w:rPr>
        <w:t>Correct one error and explain the rule that resolves 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check</w:t>
      </w:r>
    </w:p>
    <w:p>
      <w:r>
        <w:rPr>
          <w:rFonts w:ascii="Arial Unicode MS" w:hAnsi="Arial Unicode MS"/>
        </w:rPr>
        <w:t>Would very high pressure improve SO₃ equilibrium yield? Why is it not normally used?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My next step</w:t>
      </w:r>
    </w:p>
    <w:p>
      <w:r>
        <w:rPr>
          <w:rFonts w:ascii="Arial Unicode MS" w:hAnsi="Arial Unicode MS"/>
        </w:rPr>
        <w:t>The idea I will practise again is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 Consolidation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