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Choosing an extraction method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Making Use of Metals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ore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矿石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reduction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还原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extraction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提取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happens to a metal ion when it gains electrons?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An ore contains enough of a useful substance to make extraction worthwhile. Many metal ores contain compounds.</w:t>
      </w:r>
    </w:p>
    <w:p>
      <w:r>
        <w:rPr>
          <w:rFonts w:ascii="Arial Unicode MS" w:hAnsi="Arial Unicode MS"/>
        </w:rPr>
        <w:t>Metals above carbon require a more powerful extraction method, commonly electrolysis of a molten compound.</w:t>
      </w:r>
    </w:p>
    <w:p>
      <w:r>
        <w:rPr>
          <w:rFonts w:ascii="Arial Unicode MS" w:hAnsi="Arial Unicode MS"/>
        </w:rPr>
        <w:t>Iron(III) oxide loses oxygen. Carbon monoxide gains oxygen and acts as the reducing agent.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6: Explain why iron can be extracted using carbon monoxide but aluminium requires electrolysis.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Choosing an extraction method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14A. Partner focus: Compare metal positions relative to carbon and explain oxygen loss and the reducing agent.</w:t>
      </w:r>
    </w:p>
    <w:p>
      <w:r>
        <w:rPr>
          <w:rFonts w:ascii="Arial Unicode MS" w:hAnsi="Arial Unicode MS"/>
        </w:rPr>
        <w:t>1. Choose an extraction method for aluminium and for zinc oxide. Explain each choice.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In CuO + CO → Cu + CO₂, identify the substance reduced and the reducing agent.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 gold sometimes be obtained without chemical reduction?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Iron extraction in the blast furnace</w:t>
      </w:r>
    </w:p>
    <w:p>
      <w:r>
        <w:rPr>
          <w:rFonts w:ascii="Arial Unicode MS" w:hAnsi="Arial Unicode MS"/>
        </w:rPr>
        <w:t>PPT slides 10–17  |  Name __________________  Date __________</w:t>
      </w:r>
    </w:p>
    <w:p>
      <w:r>
        <w:rPr>
          <w:rFonts w:ascii="Arial Unicode MS" w:hAnsi="Arial Unicode MS"/>
        </w:rPr>
        <w:t>Making Use of Metals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hematite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赤铁矿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coke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焦炭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slag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炉渣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Give the formula of iron(III) oxide.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Hematite, coke and limestone enter at the top. A blast of hot air supplies oxygen near the bottom.</w:t>
      </w:r>
    </w:p>
    <w:p>
      <w:r>
        <w:rPr>
          <w:rFonts w:ascii="Arial Unicode MS" w:hAnsi="Arial Unicode MS"/>
        </w:rPr>
        <w:t>C + O₂ → CO₂ releases heat. Then C + CO₂ → 2CO produces the reducing agent.</w:t>
      </w:r>
    </w:p>
    <w:p>
      <w:r>
        <w:rPr>
          <w:rFonts w:ascii="Arial Unicode MS" w:hAnsi="Arial Unicode MS"/>
        </w:rPr>
        <w:t>Heat decomposes limestone: CaCO₃ → CaO + CO₂. Calcium oxide is a basic oxide.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14: Explain why limestone is added to a blast furnace, using equations.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Iron extraction in the blast furnace</w:t>
      </w:r>
    </w:p>
    <w:p>
      <w:r>
        <w:rPr>
          <w:rFonts w:ascii="Arial Unicode MS" w:hAnsi="Arial Unicode MS"/>
        </w:rPr>
        <w:t>PPT slides 10–17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14B. Partner focus: Compare the carbon monoxide formation equations and the equation that reduces hematite.</w:t>
      </w:r>
    </w:p>
    <w:p>
      <w:r>
        <w:rPr>
          <w:rFonts w:ascii="Arial Unicode MS" w:hAnsi="Arial Unicode MS"/>
        </w:rPr>
        <w:t>1. Write the two equations that make carbon monoxide from coke and oxygen.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Name the reducing agent and write the equation that produces iron from hematite.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 student says limestone reduces the iron ore. Correct the statement.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Aluminium extraction</w:t>
      </w:r>
    </w:p>
    <w:p>
      <w:r>
        <w:rPr>
          <w:rFonts w:ascii="Arial Unicode MS" w:hAnsi="Arial Unicode MS"/>
        </w:rPr>
        <w:t>PPT slides 18–25  |  Name __________________  Date __________</w:t>
      </w:r>
    </w:p>
    <w:p>
      <w:r>
        <w:rPr>
          <w:rFonts w:ascii="Arial Unicode MS" w:hAnsi="Arial Unicode MS"/>
        </w:rPr>
        <w:t>Making Use of Metals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bauxite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铝土矿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cryolite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冰晶石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anode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阳极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electrode attracts positive ions in electrolysis?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Bauxite is the main ore. Purified aluminium oxide dissolves in molten cryolite.</w:t>
      </w:r>
    </w:p>
    <w:p>
      <w:r>
        <w:rPr>
          <w:rFonts w:ascii="Arial Unicode MS" w:hAnsi="Arial Unicode MS"/>
        </w:rPr>
        <w:t>Al³⁺ + 3e⁻ → Al. Aluminium ions gain electrons at the negative cathode.</w:t>
      </w:r>
    </w:p>
    <w:p>
      <w:r>
        <w:rPr>
          <w:rFonts w:ascii="Arial Unicode MS" w:hAnsi="Arial Unicode MS"/>
        </w:rPr>
        <w:t>Oxygen formed at the anode reacts with hot carbon: C + O₂ → CO₂.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22: Write and explain the half-equation for aluminium formation.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Aluminium extraction</w:t>
      </w:r>
    </w:p>
    <w:p>
      <w:r>
        <w:rPr>
          <w:rFonts w:ascii="Arial Unicode MS" w:hAnsi="Arial Unicode MS"/>
        </w:rPr>
        <w:t>PPT slides 18–25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14C. Partner focus: Compare cryolite’s role, half-equation charge balance and the carbon anode reaction.</w:t>
      </w:r>
    </w:p>
    <w:p>
      <w:r>
        <w:rPr>
          <w:rFonts w:ascii="Arial Unicode MS" w:hAnsi="Arial Unicode MS"/>
        </w:rPr>
        <w:t>1. Give the purpose of cryolite.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Write the oxide-ion half-equation and explain why the anode needs replacing.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is an aqueous solution unsuitable for producing aluminium at the cathode?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Properties and uses of alloys</w:t>
      </w:r>
    </w:p>
    <w:p>
      <w:r>
        <w:rPr>
          <w:rFonts w:ascii="Arial Unicode MS" w:hAnsi="Arial Unicode MS"/>
        </w:rPr>
        <w:t>PPT slides 26–33  |  Name __________________  Date __________</w:t>
      </w:r>
    </w:p>
    <w:p>
      <w:r>
        <w:rPr>
          <w:rFonts w:ascii="Arial Unicode MS" w:hAnsi="Arial Unicode MS"/>
        </w:rPr>
        <w:t>Making Use of Metals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alloy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合金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ductile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有延展性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corrosion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腐蚀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Name two elements present in brass.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Aluminium suits aircraft and overhead cables because of its low density. Cables also need good electrical conductivity.</w:t>
      </w:r>
    </w:p>
    <w:p>
      <w:r>
        <w:rPr>
          <w:rFonts w:ascii="Arial Unicode MS" w:hAnsi="Arial Unicode MS"/>
        </w:rPr>
        <w:t>An alloy mixes a metal with other elements. Different sized atoms disrupt the regular arrangement.</w:t>
      </w:r>
    </w:p>
    <w:p>
      <w:r>
        <w:rPr>
          <w:rFonts w:ascii="Arial Unicode MS" w:hAnsi="Arial Unicode MS"/>
        </w:rPr>
        <w:t>Brass contains copper and zinc. Stainless steel contains iron with elements such as chromium, nickel and carbon.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30: Explain why stainless steel is suitable for cutlery.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Properties and uses of alloys</w:t>
      </w:r>
    </w:p>
    <w:p>
      <w:r>
        <w:rPr>
          <w:rFonts w:ascii="Arial Unicode MS" w:hAnsi="Arial Unicode MS"/>
        </w:rPr>
        <w:t>PPT slides 26–33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14D. Partner focus: Link copper’s properties to wiring and compare layer sliding in pure metals and alloys.</w:t>
      </w:r>
    </w:p>
    <w:p>
      <w:r>
        <w:rPr>
          <w:rFonts w:ascii="Arial Unicode MS" w:hAnsi="Arial Unicode MS"/>
        </w:rPr>
        <w:t>1. Give two properties that make copper suitable for electrical wiring.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an alloy can be harder than a pure metal.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is low density important for overhead aluminium cables?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14 End Practice</w:t>
      </w:r>
    </w:p>
    <w:p>
      <w:pPr>
        <w:pStyle w:val="Heading1"/>
      </w:pPr>
      <w:r>
        <w:rPr>
          <w:rFonts w:ascii="Arial Unicode MS" w:hAnsi="Arial Unicode MS"/>
        </w:rPr>
        <w:t>Making Use of Metals</w:t>
      </w:r>
    </w:p>
    <w:p>
      <w:r>
        <w:rPr>
          <w:rFonts w:ascii="Arial Unicode MS" w:hAnsi="Arial Unicode MS"/>
        </w:rPr>
        <w:t>Use after the main teaching, in class or for homework. Show your reasoning. The separate consolidation worksheet provides a further review lesson.</w:t>
      </w:r>
    </w:p>
    <w:p>
      <w:r>
        <w:rPr>
          <w:rFonts w:ascii="Arial Unicode MS" w:hAnsi="Arial Unicode MS"/>
        </w:rPr>
        <w:t>1. A furnace charge contains hematite, coke and limestone. Explain how these produce iron and remove silica, including all five equations.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Compare iron and aluminium extraction in terms of reducing method, energy use and the role of carbon.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manufacturer chooses an aluminium alloy rather than pure aluminium for an aircraft. Explain this decision and one reason to recycle the metal.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4 Properties and uses of alloys</w:t>
      </w:r>
    </w:p>
    <w:p>
      <w:r>
        <w:rPr>
          <w:rFonts w:ascii="Arial Unicode MS" w:hAnsi="Arial Unicode MS"/>
        </w:rPr>
        <w:t xml:space="preserve">PPT slide 27  </w:t>
      </w:r>
      <w:hyperlink r:id="rId10">
        <w:r>
          <w:rPr>
            <w:rFonts w:ascii="Arial Unicode MS" w:hAnsi="Arial Unicode MS"/>
            <w:color w:val="0563C1"/>
            <w:u w:val="single"/>
          </w:rPr>
          <w:t>Conductivity (property extension)</w:t>
        </w:r>
      </w:hyperlink>
    </w:p>
    <w:p>
      <w:r>
        <w:rPr>
          <w:rFonts w:ascii="Arial Unicode MS" w:hAnsi="Arial Unicode MS"/>
        </w:rPr>
        <w:t>Use only to discuss conduction as a useful material property. This is not an alloy model. Use the supplied alloy diagram to explain layer sliding.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14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chemroom.cn/interactives#conduc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14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