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Lesson 1 Particles and evidence</w:t>
      </w:r>
    </w:p>
    <w:p>
      <w:r>
        <w:t>Follow the teacher’s explanation. Complete the gaps together, then try the short checks.</w:t>
      </w:r>
    </w:p>
    <w:p>
      <w:r>
        <w:t>Name: _____________________   Date: 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particle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粒子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random motion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随机运动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diffusion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扩散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atom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原子</w:t>
            </w:r>
          </w:p>
        </w:tc>
      </w:tr>
    </w:tbl>
    <w:p>
      <w:pPr>
        <w:pStyle w:val="Heading2"/>
      </w:pPr>
      <w:r>
        <w:t>L1-R  Recall  0–4 min</w:t>
      </w:r>
    </w:p>
    <w:p>
      <w:r>
        <w:t>Name one solid, one liquid and one gas.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L1-T1  Teacher explanation and guided notes  4–12 min</w:t>
      </w:r>
    </w:p>
    <w:p>
      <w:r>
        <w:t>Matter consists of tiny particles. These may be atoms, molecules or ions.</w:t>
      </w:r>
    </w:p>
    <w:p>
      <w:r>
        <w:t>Liquid and gas particles move continuously and __________. Collisions change their direction.</w:t>
      </w:r>
    </w:p>
    <w:p>
      <w:pPr>
        <w:pStyle w:val="Heading2"/>
      </w:pPr>
      <w:r>
        <w:t>L1-C  Quick check and feedback  12–16 min</w:t>
      </w:r>
    </w:p>
    <w:p>
      <w:r>
        <w:t>Do gas particles stop moving when the gas fills its container? Explain in one sentence.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L1-T2  Teacher explanation  16–24 min</w:t>
      </w:r>
    </w:p>
    <w:p>
      <w:r>
        <w:t>Diffusion is net movement from __________ concentration to __________ concentration due to random motion.</w:t>
      </w:r>
    </w:p>
    <w:p>
      <w:r>
        <w:t>When a crystal dissolves, particles leave the solid and mix with the solvent. Diffusion then spreads the dissolved particles.</w:t>
      </w:r>
    </w:p>
    <w:p>
      <w:r>
        <w:br w:type="page"/>
      </w:r>
    </w:p>
    <w:p>
      <w:pPr>
        <w:pStyle w:val="Title"/>
      </w:pPr>
      <w:r>
        <w:t>Lesson 1 Worked example and practice</w:t>
      </w:r>
    </w:p>
    <w:p>
      <w:pPr>
        <w:pStyle w:val="Heading2"/>
      </w:pPr>
      <w:r>
        <w:t>L1-W  Teacher worked example  within 16–24 min</w:t>
      </w:r>
    </w:p>
    <w:p>
      <w:r>
        <w:t>Why does perfume gradually spread through still air?</w:t>
      </w:r>
    </w:p>
    <w:p>
      <w:r>
        <w:t>1. Perfume evaporates and adds perfume particles to the air.</w:t>
      </w:r>
    </w:p>
    <w:p>
      <w:r>
        <w:t>2. The particles move randomly and collide with air particles.</w:t>
      </w:r>
    </w:p>
    <w:p>
      <w:r>
        <w:t>3. There is a net movement from higher concentration near the source to lower concentration farther away.</w:t>
      </w:r>
    </w:p>
    <w:p>
      <w:pPr>
        <w:pStyle w:val="Heading2"/>
      </w:pPr>
      <w:r>
        <w:t>L1-P  Independent practice  24–33 min</w:t>
      </w:r>
    </w:p>
    <w:p>
      <w:r>
        <w:t>1. Explain why purple colour gradually spreads from a potassium manganate(VII) crystal in water.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Bromine vapour is denser than air. Explain why it can still spread into air above it.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L1-F  Teacher feedback and correction  33–38 min</w:t>
      </w:r>
    </w:p>
    <w:p>
      <w:r>
        <w:t>Improve one answer after the class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L1-E  Exit check  38–40 min</w:t>
      </w:r>
    </w:p>
    <w:p>
      <w:r>
        <w:t>Complete: Diffusion results from __________ motion and produces net movement down a concentration gradient.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L1-H  Optional homework  outside the 40-minute lesson</w:t>
      </w:r>
    </w:p>
    <w:p>
      <w:r>
        <w:t>Explain why there is no net movement between regions once concentration is uniform, although particles continue moving.</w:t>
      </w:r>
    </w:p>
    <w:p>
      <w:r>
        <w:br w:type="page"/>
      </w:r>
    </w:p>
    <w:p>
      <w:pPr>
        <w:pStyle w:val="Title"/>
      </w:pPr>
      <w:r>
        <w:t>Lesson 2 States and changes of state</w:t>
      </w:r>
    </w:p>
    <w:p>
      <w:r>
        <w:t>Follow the teacher’s explanation. Complete the gaps together, then try the short checks.</w:t>
      </w:r>
    </w:p>
    <w:p>
      <w:r>
        <w:t>Name: _____________________   Date: 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melting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熔化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freezing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凝固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boiling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沸腾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evaporation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蒸发</w:t>
            </w:r>
          </w:p>
        </w:tc>
      </w:tr>
    </w:tbl>
    <w:p>
      <w:pPr>
        <w:pStyle w:val="Heading2"/>
      </w:pPr>
      <w:r>
        <w:t>L2-R  Recall  0–4 min</w:t>
      </w:r>
    </w:p>
    <w:p>
      <w:r>
        <w:t>Does liquid water keep its own shape when poured into a different container?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L2-T1  Teacher explanation and guided notes  4–12 min</w:t>
      </w:r>
    </w:p>
    <w:p>
      <w:r>
        <w:t>A solid has fixed shape and volume. A liquid has nearly fixed volume but changes shape. A gas fills its container.</w:t>
      </w:r>
    </w:p>
    <w:p>
      <w:r>
        <w:t>Gas to liquid is __________. Solid to liquid is __________.</w:t>
      </w:r>
    </w:p>
    <w:p>
      <w:pPr>
        <w:pStyle w:val="Heading2"/>
      </w:pPr>
      <w:r>
        <w:t>L2-C  Quick check and feedback  12–16 min</w:t>
      </w:r>
    </w:p>
    <w:p>
      <w:r>
        <w:t>Name the change from gas to liquid.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L2-T2  Teacher explanation  16–24 min</w:t>
      </w:r>
    </w:p>
    <w:p>
      <w:r>
        <w:t>Evaporation occurs at the surface. Boiling occurs throughout the liquid at its boiling point for that pressure.</w:t>
      </w:r>
    </w:p>
    <w:p>
      <w:r>
        <w:t>Water vapour is invisible. The white cloud above hot water contains tiny liquid __________.</w:t>
      </w:r>
    </w:p>
    <w:p>
      <w:r>
        <w:br w:type="page"/>
      </w:r>
    </w:p>
    <w:p>
      <w:pPr>
        <w:pStyle w:val="Title"/>
      </w:pPr>
      <w:r>
        <w:t>Lesson 2 Worked example and practice</w:t>
      </w:r>
    </w:p>
    <w:p>
      <w:pPr>
        <w:pStyle w:val="Heading2"/>
      </w:pPr>
      <w:r>
        <w:t>L2-W  Teacher worked example  within 16–24 min</w:t>
      </w:r>
    </w:p>
    <w:p>
      <w:r>
        <w:t>Oxygen melts at −219 °C and boils at −183 °C. What is its state at −200 °C?</w:t>
      </w:r>
    </w:p>
    <w:p>
      <w:r>
        <w:t>1. Compare the temperature with the melting point: −200 °C is higher than −219 °C.</w:t>
      </w:r>
    </w:p>
    <w:p>
      <w:r>
        <w:t>2. Compare it with the boiling point: −200 °C is lower than −183 °C.</w:t>
      </w:r>
    </w:p>
    <w:p>
      <w:r>
        <w:t>3. The temperature lies between the two points, so oxygen is liquid.</w:t>
      </w:r>
    </w:p>
    <w:p>
      <w:pPr>
        <w:pStyle w:val="Heading2"/>
      </w:pPr>
      <w:r>
        <w:t>L2-P  Independent practice  24–33 min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6"/>
        <w:gridCol w:w="3346"/>
        <w:gridCol w:w="3346"/>
      </w:tblGrid>
      <w:tr>
        <w:trPr>
          <w:cantSplit/>
        </w:trPr>
        <w:tc>
          <w:tcPr>
            <w:tcW w:type="dxa" w:w="3346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Substance</w:t>
            </w:r>
          </w:p>
        </w:tc>
        <w:tc>
          <w:tcPr>
            <w:tcW w:type="dxa" w:w="3346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Melting / °C</w:t>
            </w:r>
          </w:p>
        </w:tc>
        <w:tc>
          <w:tcPr>
            <w:tcW w:type="dxa" w:w="3346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Boiling / °C</w:t>
            </w:r>
          </w:p>
        </w:tc>
      </w:tr>
      <w:tr>
        <w:trPr>
          <w:cantSplit/>
        </w:trPr>
        <w:tc>
          <w:tcPr>
            <w:tcW w:type="dxa" w:w="3346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Oxygen</w:t>
            </w:r>
          </w:p>
        </w:tc>
        <w:tc>
          <w:tcPr>
            <w:tcW w:type="dxa" w:w="3346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−219</w:t>
            </w:r>
          </w:p>
        </w:tc>
        <w:tc>
          <w:tcPr>
            <w:tcW w:type="dxa" w:w="3346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−183</w:t>
            </w:r>
          </w:p>
        </w:tc>
      </w:tr>
      <w:tr>
        <w:trPr>
          <w:cantSplit/>
        </w:trPr>
        <w:tc>
          <w:tcPr>
            <w:tcW w:type="dxa" w:w="3346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Ethanol</w:t>
            </w:r>
          </w:p>
        </w:tc>
        <w:tc>
          <w:tcPr>
            <w:tcW w:type="dxa" w:w="3346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−114</w:t>
            </w:r>
          </w:p>
        </w:tc>
        <w:tc>
          <w:tcPr>
            <w:tcW w:type="dxa" w:w="3346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78</w:t>
            </w:r>
          </w:p>
        </w:tc>
      </w:tr>
    </w:tbl>
    <w:p>
      <w:r>
        <w:t>1. Use the data to state oxygen’s state at 20 °C and ethanol’s state at −100 °C. Explain each answer.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Give two differences between evaporation and boiling.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L2-F  Teacher feedback and correction  33–38 min</w:t>
      </w:r>
    </w:p>
    <w:p>
      <w:r>
        <w:t>Improve one answer after the class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L2-E  Exit check  38–40 min</w:t>
      </w:r>
    </w:p>
    <w:p>
      <w:r>
        <w:t>What is the name of the change from liquid to solid?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L2-H  Optional homework  outside the 40-minute lesson</w:t>
      </w:r>
    </w:p>
    <w:p>
      <w:r>
        <w:t>Explain why a white cloud above hot water may disappear while the water particles remain present.</w:t>
      </w:r>
    </w:p>
    <w:p>
      <w:r>
        <w:br w:type="page"/>
      </w:r>
    </w:p>
    <w:p>
      <w:pPr>
        <w:pStyle w:val="Title"/>
      </w:pPr>
      <w:r>
        <w:t>Lesson 3 Explaining changes with particles</w:t>
      </w:r>
    </w:p>
    <w:p>
      <w:r>
        <w:t>Follow the teacher’s explanation. Complete the gaps together, then try the short checks.</w:t>
      </w:r>
    </w:p>
    <w:p>
      <w:r>
        <w:t>Name: _____________________   Date: 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arrangement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排列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separation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间距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vibration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振动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kinetic energy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动能</w:t>
            </w:r>
          </w:p>
        </w:tc>
      </w:tr>
    </w:tbl>
    <w:p>
      <w:pPr>
        <w:pStyle w:val="Heading2"/>
      </w:pPr>
      <w:r>
        <w:t>L3-R  Recall  0–4 min</w:t>
      </w:r>
    </w:p>
    <w:p>
      <w:r>
        <w:t>Are particles in a solid completely still?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L3-T1  Teacher explanation and guided notes  4–12 min</w:t>
      </w:r>
    </w:p>
    <w:p>
      <w:r>
        <w:t>Solid particles vibrate about fixed positions. Liquid particles remain close together but move past one another.</w:t>
      </w:r>
    </w:p>
    <w:p>
      <w:r>
        <w:t>Gas particles are far apart and move randomly. Heating within a state increases average __________ energy.</w:t>
      </w:r>
    </w:p>
    <w:p>
      <w:pPr>
        <w:pStyle w:val="Heading2"/>
      </w:pPr>
      <w:r>
        <w:t>L3-C  Quick check and feedback  12–16 min</w:t>
      </w:r>
    </w:p>
    <w:p>
      <w:r>
        <w:t>Explain in one sentence why a gas is easier to compress than a liquid.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L3-T2  Teacher explanation  16–24 min</w:t>
      </w:r>
    </w:p>
    <w:p>
      <w:r>
        <w:t>During a state-change plateau, supplied energy changes particle arrangement or separation.</w:t>
      </w:r>
    </w:p>
    <w:p>
      <w:r>
        <w:t>For a pure substance at constant pressure, temperature and average kinetic energy stay __________ during the plateau.</w:t>
      </w:r>
    </w:p>
    <w:p>
      <w:r>
        <w:drawing>
          <wp:inline xmlns:a="http://schemas.openxmlformats.org/drawingml/2006/main" xmlns:pic="http://schemas.openxmlformats.org/drawingml/2006/picture">
            <wp:extent cx="6035040" cy="157839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-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578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>Idealised pure-water heating curve at constant atmospheric pressure.</w:t>
      </w:r>
    </w:p>
    <w:p>
      <w:r>
        <w:br w:type="page"/>
      </w:r>
    </w:p>
    <w:p>
      <w:pPr>
        <w:pStyle w:val="Title"/>
      </w:pPr>
      <w:r>
        <w:t>Lesson 3 Worked example and practice</w:t>
      </w:r>
    </w:p>
    <w:p>
      <w:pPr>
        <w:pStyle w:val="Heading2"/>
      </w:pPr>
      <w:r>
        <w:t>L3-W  Teacher worked example  within 16–24 min</w:t>
      </w:r>
    </w:p>
    <w:p>
      <w:r>
        <w:t>On the heating curve, what happens from minute 1 to minute 3?</w:t>
      </w:r>
    </w:p>
    <w:p>
      <w:r>
        <w:t>1. The horizontal section is at 0 °C. It shows melting of pure ice at atmospheric pressure.</w:t>
      </w:r>
    </w:p>
    <w:p>
      <w:r>
        <w:t>2. Its duration is 3 − 1 = 2 minutes. Ice and liquid water coexist during this interval.</w:t>
      </w:r>
    </w:p>
    <w:p>
      <w:r>
        <w:t>3. Energy changes the state, rather than increasing average kinetic energy, so temperature stays constant.</w:t>
      </w:r>
    </w:p>
    <w:p>
      <w:pPr>
        <w:pStyle w:val="Heading2"/>
      </w:pPr>
      <w:r>
        <w:t>L3-P  Independent practice  24–33 min</w:t>
      </w:r>
    </w:p>
    <w:p>
      <w:r>
        <w:t>1. Use the graph to find the boiling temperature and the duration of boiling.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Explain why temperature stays constant during boiling even though energy is supplied.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L3-F  Teacher feedback and correction  33–38 min</w:t>
      </w:r>
    </w:p>
    <w:p>
      <w:r>
        <w:t>Improve one answer after the class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L3-E  Exit check  38–40 min</w:t>
      </w:r>
    </w:p>
    <w:p>
      <w:r>
        <w:t>During melting, do the particles change chemical identity?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L3-H  Optional homework  outside the 40-minute lesson</w:t>
      </w:r>
    </w:p>
    <w:p>
      <w:r>
        <w:t>Sketch a qualitative heating curve for sodium with plateaus at 98 °C and 883 °C. Do not assign durations.</w:t>
      </w:r>
    </w:p>
    <w:p>
      <w:r>
        <w:br w:type="page"/>
      </w:r>
    </w:p>
    <w:p>
      <w:pPr>
        <w:pStyle w:val="Title"/>
      </w:pPr>
      <w:r>
        <w:t>Lesson 4 Gas pressure and Brownian motion</w:t>
      </w:r>
    </w:p>
    <w:p>
      <w:r>
        <w:t>Follow the teacher’s explanation. Complete the gaps together, then try the short checks.</w:t>
      </w:r>
    </w:p>
    <w:p>
      <w:r>
        <w:t>Name: _____________________   Date: 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pressure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压强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collision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碰撞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fixed volume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固定体积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compression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压缩</w:t>
            </w:r>
          </w:p>
        </w:tc>
      </w:tr>
    </w:tbl>
    <w:p>
      <w:pPr>
        <w:pStyle w:val="Heading2"/>
      </w:pPr>
      <w:r>
        <w:t>L4-R  Recall  0–4 min</w:t>
      </w:r>
    </w:p>
    <w:p>
      <w:r>
        <w:t>Which collisions directly exert gas pressure on a container?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L4-T1  Teacher explanation and guided notes  4–12 min</w:t>
      </w:r>
    </w:p>
    <w:p>
      <w:r>
        <w:t>Gas particles exert pressure when they collide with container walls.</w:t>
      </w:r>
    </w:p>
    <w:p>
      <w:r>
        <w:t>Heating a fixed amount of gas at fixed volume makes particles move __________. Wall collisions become more frequent and more forceful.</w:t>
      </w:r>
    </w:p>
    <w:p>
      <w:pPr>
        <w:pStyle w:val="Heading2"/>
      </w:pPr>
      <w:r>
        <w:t>L4-C  Quick check and feedback  12–16 min</w:t>
      </w:r>
    </w:p>
    <w:p>
      <w:r>
        <w:t>A sealed rigid container is heated. Does its gas pressure rise or fall?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L4-T2  Teacher explanation  16–24 min</w:t>
      </w:r>
    </w:p>
    <w:p>
      <w:r>
        <w:t>Compressing a fixed amount of gas at constant temperature increases wall-collision frequency. Average speed stays the same.</w:t>
      </w:r>
    </w:p>
    <w:p>
      <w:r>
        <w:t>Brownian motion is irregular movement of suspended particles caused by uneven collisions from surrounding __________.</w:t>
      </w:r>
    </w:p>
    <w:p>
      <w:r>
        <w:br w:type="page"/>
      </w:r>
    </w:p>
    <w:p>
      <w:pPr>
        <w:pStyle w:val="Title"/>
      </w:pPr>
      <w:r>
        <w:t>Lesson 4 Worked example and practice</w:t>
      </w:r>
    </w:p>
    <w:p>
      <w:pPr>
        <w:pStyle w:val="Heading2"/>
      </w:pPr>
      <w:r>
        <w:t>L4-W  Teacher worked example  within 16–24 min</w:t>
      </w:r>
    </w:p>
    <w:p>
      <w:r>
        <w:t>Why does pressure increase when a fixed amount of gas is compressed at constant temperature?</w:t>
      </w:r>
    </w:p>
    <w:p>
      <w:r>
        <w:t>1. The temperature is constant, so average kinetic energy and average speed stay the same.</w:t>
      </w:r>
    </w:p>
    <w:p>
      <w:r>
        <w:t>2. The smaller volume reduces the distance particles travel between wall collisions.</w:t>
      </w:r>
    </w:p>
    <w:p>
      <w:r>
        <w:t>3. More frequent wall collisions increase force per unit area and therefore pressure.</w:t>
      </w:r>
    </w:p>
    <w:p>
      <w:pPr>
        <w:pStyle w:val="Heading2"/>
      </w:pPr>
      <w:r>
        <w:t>L4-P  Independent practice  24–33 min</w:t>
      </w:r>
    </w:p>
    <w:p>
      <w:r>
        <w:t>1. A sealed rigid container is warmed. Explain the pressure change using particle motion and collisions.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Explain why a suspended pollen grain moves irregularly in water.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L4-F  Teacher feedback and correction  33–38 min</w:t>
      </w:r>
    </w:p>
    <w:p>
      <w:r>
        <w:t>Improve one answer after the class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L4-E  Exit check  38–40 min</w:t>
      </w:r>
    </w:p>
    <w:p>
      <w:r>
        <w:t>True or false: higher gas pressure always means higher average particle speed.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L4-H  Optional homework  outside the 40-minute lesson</w:t>
      </w:r>
    </w:p>
    <w:p>
      <w:r>
        <w:t>Explain why heating a sealed flexible balloon does not necessarily produce the same pressure change as heating a rigid container.</w:t>
      </w:r>
    </w:p>
    <w:p>
      <w:r>
        <w:br w:type="page"/>
      </w:r>
    </w:p>
    <w:p>
      <w:pPr>
        <w:pStyle w:val="Title"/>
      </w:pPr>
      <w:r>
        <w:t>Lesson 5 Diffusion and chapter review</w:t>
      </w:r>
    </w:p>
    <w:p>
      <w:r>
        <w:t>Follow the teacher’s explanation. Complete the gaps together, then try the short checks.</w:t>
      </w:r>
    </w:p>
    <w:p>
      <w:r>
        <w:t>Name: _____________________   Date: 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relative molecular mass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相对分子质量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ammonia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氨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hydrogen chloride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氯化氢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ammonium chloride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氯化铵</w:t>
            </w:r>
          </w:p>
        </w:tc>
      </w:tr>
    </w:tbl>
    <w:p>
      <w:pPr>
        <w:pStyle w:val="Heading2"/>
      </w:pPr>
      <w:r>
        <w:t>L5-R  Recall  0–4 min</w:t>
      </w:r>
    </w:p>
    <w:p>
      <w:r>
        <w:t>What happens to average kinetic energy when temperature rises?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L5-T1  Teacher explanation and guided notes  4–12 min</w:t>
      </w:r>
    </w:p>
    <w:p>
      <w:r>
        <w:t>At the same temperature, gases have the same average translational kinetic energy. Lower-mass molecules move faster on average.</w:t>
      </w:r>
    </w:p>
    <w:p>
      <w:r>
        <w:t>Ammonia has Mᵣ 17. Hydrogen chloride has Mᵣ 36.5. __________ diffuses faster under comparable conditions.</w:t>
      </w:r>
    </w:p>
    <w:p>
      <w:pPr>
        <w:pStyle w:val="Heading2"/>
      </w:pPr>
      <w:r>
        <w:t>L5-C  Quick check and feedback  12–16 min</w:t>
      </w:r>
    </w:p>
    <w:p>
      <w:r>
        <w:t>Predict which end of the diffusion tube will be closer to the white ring.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L5-T2  Teacher explanation  16–24 min</w:t>
      </w:r>
    </w:p>
    <w:p>
      <w:r>
        <w:t>Ammonia and hydrogen chloride react to form solid ammonium chloride. The white ring forms closer to the hydrogen chloride end.</w:t>
      </w:r>
    </w:p>
    <w:p>
      <w:r>
        <w:t>At higher temperature, particles have greater average kinetic energy and usually diffuse __________.</w:t>
      </w:r>
    </w:p>
    <w:p>
      <w:r>
        <w:drawing>
          <wp:inline xmlns:a="http://schemas.openxmlformats.org/drawingml/2006/main" xmlns:pic="http://schemas.openxmlformats.org/drawingml/2006/picture">
            <wp:extent cx="6035040" cy="15783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-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578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Title"/>
      </w:pPr>
      <w:r>
        <w:t>Lesson 5 Worked example and practice</w:t>
      </w:r>
    </w:p>
    <w:p>
      <w:pPr>
        <w:pStyle w:val="Heading2"/>
      </w:pPr>
      <w:r>
        <w:t>L5-W  Teacher worked example  within 16–24 min</w:t>
      </w:r>
    </w:p>
    <w:p>
      <w:r>
        <w:t>Why does a gas usually diffuse faster when its temperature increases?</w:t>
      </w:r>
    </w:p>
    <w:p>
      <w:r>
        <w:t>1. The higher temperature increases the particles’ average kinetic energy.</w:t>
      </w:r>
    </w:p>
    <w:p>
      <w:r>
        <w:t>2. Particles move faster on average.</w:t>
      </w:r>
    </w:p>
    <w:p>
      <w:r>
        <w:t>3. Under comparable conditions, this faster random motion increases the rate of diffusion.</w:t>
      </w:r>
    </w:p>
    <w:p>
      <w:pPr>
        <w:pStyle w:val="Heading2"/>
      </w:pPr>
      <w:r>
        <w:t>L5-P  Independent practice  24–33 min</w:t>
      </w:r>
    </w:p>
    <w:p>
      <w:r>
        <w:t>1. Explain the position of the white ring in the ammonia and hydrogen chloride tube.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Explain why the two gases can have the same average kinetic energy but different average speeds.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L5-F  Teacher feedback and correction  33–38 min</w:t>
      </w:r>
    </w:p>
    <w:p>
      <w:r>
        <w:t>Improve one answer after the class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L5-E  Exit check  38–40 min</w:t>
      </w:r>
    </w:p>
    <w:p>
      <w:r>
        <w:t>Name one factor, other than molecular mass, that affects diffusion rate.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L5-H  Optional homework  outside the 40-minute lesson</w:t>
      </w:r>
    </w:p>
    <w:p>
      <w:r>
        <w:t>Explain why a stronger smell in a warm room may involve both evaporation and diffusion.</w:t>
      </w:r>
    </w:p>
    <w:sectPr w:rsidR="00FC693F" w:rsidRPr="0006063C" w:rsidSect="00034616">
      <w:pgSz w:w="11909" w:h="16834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